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114800" cy="196197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46D4949-A31E-476C-9BDB-470F773DAFD0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9619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56"/>
        </w:rPr>
        <w:t>AestheMedical</w:t>
      </w:r>
    </w:p>
    <w:p>
      <w:pPr>
        <w:jc w:val="center"/>
      </w:pPr>
      <w:r>
        <w:rPr>
          <w:i/>
          <w:color w:val="646464"/>
          <w:sz w:val="24"/>
        </w:rPr>
        <w:t>LIBERA LA TUA FORMA</w:t>
      </w:r>
    </w:p>
    <w:p/>
    <w:p>
      <w:r>
        <w:rPr>
          <w:b/>
          <w:sz w:val="32"/>
        </w:rPr>
        <w:t>Chi siamo</w:t>
      </w:r>
    </w:p>
    <w:p>
      <w:r>
        <w:rPr>
          <w:sz w:val="22"/>
        </w:rPr>
        <w:t>AestheMedical è un centro specializzato in trattamenti viso e corpo mediante l’utilizzo di tecnologie elettromedicali di ultima generazione. Situato a San Giuseppe Vesuviano (NA), il centro rappresenta un punto di riferimento per chi desidera migliorare il proprio benessere e valorizzare la propria bellezza.</w:t>
        <w:br/>
        <w:br/>
        <w:t>All’interno della struttura operano professionisti altamente qualificati, tra cui dermatologo, allergologo, chirurgo plastico ed estetico, nutrizionista, ostetrica, sessuologa e fisioterapista dermatofunzionale, offrendo un approccio multidisciplinare completo e personalizzato.</w:t>
        <w:br/>
        <w:br/>
        <w:t>Ogni trattamento è studiato su misura per garantire risultati efficaci, sicuri e naturali.</w:t>
      </w:r>
    </w:p>
    <w:p/>
    <w:p>
      <w:r>
        <w:rPr>
          <w:b/>
          <w:sz w:val="32"/>
        </w:rPr>
        <w:t>I nostri servizi</w:t>
      </w:r>
    </w:p>
    <w:p>
      <w:pPr>
        <w:pStyle w:val="ListBullet"/>
      </w:pPr>
      <w:r>
        <w:t>Trattamenti viso con tecnologie elettromedicali</w:t>
      </w:r>
    </w:p>
    <w:p>
      <w:pPr>
        <w:pStyle w:val="ListBullet"/>
      </w:pPr>
      <w:r>
        <w:t>Trattamenti corpo modellanti e tonificanti</w:t>
      </w:r>
    </w:p>
    <w:p>
      <w:pPr>
        <w:pStyle w:val="ListBullet"/>
      </w:pPr>
      <w:r>
        <w:t>Consulenze dermatologiche e allergologiche</w:t>
      </w:r>
    </w:p>
    <w:p>
      <w:pPr>
        <w:pStyle w:val="ListBullet"/>
      </w:pPr>
      <w:r>
        <w:t>Chirurgia plastica ed estetica</w:t>
      </w:r>
    </w:p>
    <w:p>
      <w:pPr>
        <w:pStyle w:val="ListBullet"/>
      </w:pPr>
      <w:r>
        <w:t>Percorsi nutrizionali personalizzati</w:t>
      </w:r>
    </w:p>
    <w:p>
      <w:pPr>
        <w:pStyle w:val="ListBullet"/>
      </w:pPr>
      <w:r>
        <w:t>Supporto ostetrico e consulenza sessuologica</w:t>
      </w:r>
    </w:p>
    <w:p>
      <w:pPr>
        <w:pStyle w:val="ListBullet"/>
      </w:pPr>
      <w:r>
        <w:t>Fisioterapia dermatofunzionale</w:t>
      </w:r>
    </w:p>
    <w:p/>
    <w:p>
      <w:pPr>
        <w:jc w:val="center"/>
      </w:pPr>
      <w:r>
        <w:rPr>
          <w:b/>
          <w:sz w:val="22"/>
        </w:rPr>
        <w:t>📍 San Giuseppe Vesuviano (NA)</w:t>
        <w:br/>
        <w:t>🌐 www.aesthemedical.it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